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C85C" w14:textId="77777777" w:rsidR="004A1E08" w:rsidRDefault="00551BB9">
      <w:pPr>
        <w:jc w:val="center"/>
      </w:pPr>
      <w:r>
        <w:rPr>
          <w:b/>
          <w:sz w:val="28"/>
        </w:rPr>
        <w:t>OBRAZAC PRIJAVE</w:t>
      </w:r>
    </w:p>
    <w:p w14:paraId="51652CFD" w14:textId="77777777" w:rsidR="004A1E08" w:rsidRDefault="00551BB9">
      <w:pPr>
        <w:jc w:val="center"/>
      </w:pPr>
      <w:r>
        <w:rPr>
          <w:b/>
        </w:rPr>
        <w:t>na Javni natječaj za korištenje javnih površina za obavljanje ugostiteljskih djelatnosti na manifestaciji „Zeljarijada“</w:t>
      </w:r>
    </w:p>
    <w:p w14:paraId="317BCF43" w14:textId="77777777" w:rsidR="004A1E08" w:rsidRDefault="00551BB9">
      <w:pPr>
        <w:spacing w:before="160" w:after="80"/>
      </w:pPr>
      <w:r>
        <w:rPr>
          <w:b/>
          <w:sz w:val="22"/>
        </w:rPr>
        <w:t>PODACI O PODNOSITELJU PRIJAVE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982"/>
        <w:gridCol w:w="4980"/>
      </w:tblGrid>
      <w:tr w:rsidR="004A1E08" w14:paraId="315AD453" w14:textId="77777777">
        <w:trPr>
          <w:jc w:val="center"/>
        </w:trPr>
        <w:tc>
          <w:tcPr>
            <w:tcW w:w="4986" w:type="dxa"/>
            <w:vAlign w:val="center"/>
          </w:tcPr>
          <w:p w14:paraId="75CAFFA6" w14:textId="77777777" w:rsidR="004A1E08" w:rsidRDefault="00551BB9">
            <w:r>
              <w:rPr>
                <w:b/>
              </w:rPr>
              <w:t>Ime i prezime / naziv ponuditelja:</w:t>
            </w:r>
          </w:p>
        </w:tc>
        <w:tc>
          <w:tcPr>
            <w:tcW w:w="4986" w:type="dxa"/>
            <w:vAlign w:val="center"/>
          </w:tcPr>
          <w:p w14:paraId="07BE79FF" w14:textId="77777777" w:rsidR="004A1E08" w:rsidRDefault="00551BB9">
            <w:r>
              <w:t xml:space="preserve">   </w:t>
            </w:r>
          </w:p>
        </w:tc>
      </w:tr>
      <w:tr w:rsidR="004A1E08" w14:paraId="313C21F8" w14:textId="77777777">
        <w:trPr>
          <w:jc w:val="center"/>
        </w:trPr>
        <w:tc>
          <w:tcPr>
            <w:tcW w:w="4986" w:type="dxa"/>
            <w:vAlign w:val="center"/>
          </w:tcPr>
          <w:p w14:paraId="04903FD5" w14:textId="77777777" w:rsidR="004A1E08" w:rsidRDefault="00551BB9">
            <w:r>
              <w:rPr>
                <w:b/>
              </w:rPr>
              <w:t>Sjedište / adresa prebivališta:</w:t>
            </w:r>
          </w:p>
        </w:tc>
        <w:tc>
          <w:tcPr>
            <w:tcW w:w="4986" w:type="dxa"/>
            <w:vAlign w:val="center"/>
          </w:tcPr>
          <w:p w14:paraId="2CED9364" w14:textId="77777777" w:rsidR="004A1E08" w:rsidRDefault="00551BB9">
            <w:r>
              <w:t xml:space="preserve">   </w:t>
            </w:r>
          </w:p>
        </w:tc>
      </w:tr>
      <w:tr w:rsidR="004A1E08" w14:paraId="1D5F4BFD" w14:textId="77777777">
        <w:trPr>
          <w:jc w:val="center"/>
        </w:trPr>
        <w:tc>
          <w:tcPr>
            <w:tcW w:w="4986" w:type="dxa"/>
            <w:vAlign w:val="center"/>
          </w:tcPr>
          <w:p w14:paraId="6AEFFB3C" w14:textId="77777777" w:rsidR="004A1E08" w:rsidRDefault="00551BB9">
            <w:r>
              <w:rPr>
                <w:b/>
              </w:rPr>
              <w:t>OIB:</w:t>
            </w:r>
          </w:p>
        </w:tc>
        <w:tc>
          <w:tcPr>
            <w:tcW w:w="4986" w:type="dxa"/>
            <w:vAlign w:val="center"/>
          </w:tcPr>
          <w:p w14:paraId="13862C54" w14:textId="77777777" w:rsidR="004A1E08" w:rsidRDefault="00551BB9">
            <w:r>
              <w:t xml:space="preserve">   </w:t>
            </w:r>
          </w:p>
        </w:tc>
      </w:tr>
      <w:tr w:rsidR="004A1E08" w14:paraId="77EB19DB" w14:textId="77777777">
        <w:trPr>
          <w:jc w:val="center"/>
        </w:trPr>
        <w:tc>
          <w:tcPr>
            <w:tcW w:w="4986" w:type="dxa"/>
            <w:vAlign w:val="center"/>
          </w:tcPr>
          <w:p w14:paraId="6BF2E899" w14:textId="77777777" w:rsidR="004A1E08" w:rsidRDefault="00551BB9">
            <w:r>
              <w:rPr>
                <w:b/>
              </w:rPr>
              <w:t>Ime i prezime odgovorne osobe:</w:t>
            </w:r>
          </w:p>
        </w:tc>
        <w:tc>
          <w:tcPr>
            <w:tcW w:w="4986" w:type="dxa"/>
            <w:vAlign w:val="center"/>
          </w:tcPr>
          <w:p w14:paraId="60D21E8E" w14:textId="77777777" w:rsidR="004A1E08" w:rsidRDefault="00551BB9">
            <w:r>
              <w:t xml:space="preserve">   </w:t>
            </w:r>
          </w:p>
        </w:tc>
      </w:tr>
      <w:tr w:rsidR="004A1E08" w14:paraId="31BD9A9C" w14:textId="77777777">
        <w:trPr>
          <w:jc w:val="center"/>
        </w:trPr>
        <w:tc>
          <w:tcPr>
            <w:tcW w:w="4986" w:type="dxa"/>
            <w:vAlign w:val="center"/>
          </w:tcPr>
          <w:p w14:paraId="114BD275" w14:textId="77777777" w:rsidR="004A1E08" w:rsidRDefault="00551BB9">
            <w:r>
              <w:rPr>
                <w:b/>
              </w:rPr>
              <w:t>Kontakt podaci (tel./mob./e-mail):</w:t>
            </w:r>
          </w:p>
        </w:tc>
        <w:tc>
          <w:tcPr>
            <w:tcW w:w="4986" w:type="dxa"/>
            <w:vAlign w:val="center"/>
          </w:tcPr>
          <w:p w14:paraId="24D59B90" w14:textId="77777777" w:rsidR="004A1E08" w:rsidRDefault="00551BB9">
            <w:r>
              <w:t xml:space="preserve">   </w:t>
            </w:r>
          </w:p>
        </w:tc>
      </w:tr>
      <w:tr w:rsidR="004A1E08" w14:paraId="5560F7E3" w14:textId="77777777">
        <w:trPr>
          <w:jc w:val="center"/>
        </w:trPr>
        <w:tc>
          <w:tcPr>
            <w:tcW w:w="4986" w:type="dxa"/>
            <w:vAlign w:val="center"/>
          </w:tcPr>
          <w:p w14:paraId="51E12E75" w14:textId="77777777" w:rsidR="004A1E08" w:rsidRDefault="00551BB9">
            <w:r>
              <w:rPr>
                <w:b/>
              </w:rPr>
              <w:t>IBAN i naziv banke:</w:t>
            </w:r>
          </w:p>
        </w:tc>
        <w:tc>
          <w:tcPr>
            <w:tcW w:w="4986" w:type="dxa"/>
            <w:vAlign w:val="center"/>
          </w:tcPr>
          <w:p w14:paraId="46C02BE6" w14:textId="77777777" w:rsidR="004A1E08" w:rsidRDefault="00551BB9">
            <w:r>
              <w:t xml:space="preserve">   </w:t>
            </w:r>
          </w:p>
        </w:tc>
      </w:tr>
    </w:tbl>
    <w:p w14:paraId="0412976F" w14:textId="2DFCCABC" w:rsidR="004A1E08" w:rsidRDefault="00551BB9">
      <w:pPr>
        <w:spacing w:before="160" w:after="80"/>
      </w:pPr>
      <w:r>
        <w:rPr>
          <w:b/>
          <w:sz w:val="22"/>
        </w:rPr>
        <w:t xml:space="preserve">PONUDA SE ISTIČE ZA </w:t>
      </w:r>
      <w:r w:rsidRPr="00551BB9">
        <w:rPr>
          <w:b/>
          <w:sz w:val="18"/>
          <w:szCs w:val="18"/>
        </w:rPr>
        <w:t>(</w:t>
      </w:r>
      <w:proofErr w:type="spellStart"/>
      <w:r w:rsidRPr="00551BB9">
        <w:rPr>
          <w:b/>
          <w:sz w:val="18"/>
          <w:szCs w:val="18"/>
        </w:rPr>
        <w:t>označiti</w:t>
      </w:r>
      <w:proofErr w:type="spellEnd"/>
      <w:r>
        <w:rPr>
          <w:b/>
          <w:sz w:val="18"/>
          <w:szCs w:val="18"/>
        </w:rPr>
        <w:t xml:space="preserve"> X</w:t>
      </w:r>
      <w:r w:rsidRPr="00551BB9">
        <w:rPr>
          <w:b/>
          <w:sz w:val="18"/>
          <w:szCs w:val="18"/>
        </w:rPr>
        <w:t>)</w:t>
      </w:r>
    </w:p>
    <w:p w14:paraId="58483A3D" w14:textId="77777777" w:rsidR="004A1E08" w:rsidRDefault="00551BB9">
      <w:r>
        <w:t>☐ korištenje javne asfaltirane površine    ☐ korištenje javne zelene površine</w:t>
      </w:r>
    </w:p>
    <w:p w14:paraId="65EF29D9" w14:textId="77777777" w:rsidR="004A1E08" w:rsidRDefault="00551BB9">
      <w:pPr>
        <w:spacing w:before="160" w:after="80"/>
      </w:pPr>
      <w:r>
        <w:rPr>
          <w:b/>
          <w:sz w:val="22"/>
        </w:rPr>
        <w:t>OPIS PONUDE</w:t>
      </w:r>
    </w:p>
    <w:p w14:paraId="2325550E" w14:textId="77777777" w:rsidR="004A1E08" w:rsidRPr="00551BB9" w:rsidRDefault="00551BB9">
      <w:pPr>
        <w:spacing w:after="40"/>
        <w:rPr>
          <w:sz w:val="18"/>
          <w:szCs w:val="18"/>
        </w:rPr>
      </w:pPr>
      <w:r w:rsidRPr="00551BB9">
        <w:rPr>
          <w:sz w:val="18"/>
          <w:szCs w:val="18"/>
        </w:rPr>
        <w:t>Navesti vrstu i sadržaj ugostiteljske ponude, planirani asortiman, posebnosti ponude te način prezentacije ponude.</w:t>
      </w:r>
    </w:p>
    <w:p w14:paraId="6A3CD126" w14:textId="334FF567" w:rsidR="004A1E08" w:rsidRDefault="00551BB9">
      <w:r>
        <w:br/>
        <w:t>________________________________________________________________________________</w:t>
      </w:r>
    </w:p>
    <w:p w14:paraId="3A30A18E" w14:textId="77777777" w:rsidR="004A1E08" w:rsidRDefault="00551BB9">
      <w:r>
        <w:t>________________________________________________________________________________</w:t>
      </w:r>
    </w:p>
    <w:p w14:paraId="76B29D00" w14:textId="77777777" w:rsidR="004A1E08" w:rsidRDefault="00551BB9">
      <w:r>
        <w:t>________________________________________________________________________________</w:t>
      </w:r>
    </w:p>
    <w:p w14:paraId="3D3DEFBA" w14:textId="77777777" w:rsidR="004A1E08" w:rsidRDefault="00551BB9">
      <w:r>
        <w:t>________________________________________________________________________________</w:t>
      </w:r>
    </w:p>
    <w:p w14:paraId="0C228D9D" w14:textId="7D4C2D4D" w:rsidR="004A1E08" w:rsidRDefault="00551BB9">
      <w:pPr>
        <w:spacing w:before="160" w:after="80"/>
      </w:pPr>
      <w:r>
        <w:rPr>
          <w:b/>
          <w:sz w:val="22"/>
        </w:rPr>
        <w:br/>
        <w:t>CJENIK PONUDE</w:t>
      </w:r>
    </w:p>
    <w:p w14:paraId="249F67C0" w14:textId="77777777" w:rsidR="004A1E08" w:rsidRDefault="00551BB9">
      <w:r>
        <w:t>Obvezno priložiti cjenik s jasno naznačenim cijenama svih proizvoda koji će se nuditi na manifestaciji.</w:t>
      </w:r>
    </w:p>
    <w:p w14:paraId="125BEE92" w14:textId="095DA976" w:rsidR="004A1E08" w:rsidRDefault="00551BB9">
      <w:pPr>
        <w:spacing w:before="160" w:after="80"/>
      </w:pPr>
      <w:r>
        <w:rPr>
          <w:b/>
          <w:sz w:val="22"/>
        </w:rPr>
        <w:t xml:space="preserve">PONUĐENI IZNOS NAKNADE ZA KORIŠTENJE JAVNE POVRŠINE </w:t>
      </w:r>
      <w:r>
        <w:rPr>
          <w:b/>
          <w:sz w:val="22"/>
        </w:rPr>
        <w:br/>
      </w:r>
      <w:r w:rsidRPr="00551BB9">
        <w:rPr>
          <w:bCs/>
          <w:sz w:val="16"/>
          <w:szCs w:val="16"/>
        </w:rPr>
        <w:t xml:space="preserve">(min. </w:t>
      </w:r>
      <w:proofErr w:type="spellStart"/>
      <w:r w:rsidRPr="00551BB9">
        <w:rPr>
          <w:bCs/>
          <w:sz w:val="16"/>
          <w:szCs w:val="16"/>
        </w:rPr>
        <w:t>iznos</w:t>
      </w:r>
      <w:proofErr w:type="spellEnd"/>
      <w:r w:rsidRPr="00551BB9">
        <w:rPr>
          <w:bCs/>
          <w:sz w:val="16"/>
          <w:szCs w:val="16"/>
        </w:rPr>
        <w:t xml:space="preserve"> za </w:t>
      </w:r>
      <w:proofErr w:type="spellStart"/>
      <w:r w:rsidRPr="00551BB9">
        <w:rPr>
          <w:bCs/>
          <w:sz w:val="16"/>
          <w:szCs w:val="16"/>
        </w:rPr>
        <w:t>asfaltiranu</w:t>
      </w:r>
      <w:proofErr w:type="spellEnd"/>
      <w:r w:rsidRPr="00551BB9">
        <w:rPr>
          <w:bCs/>
          <w:sz w:val="16"/>
          <w:szCs w:val="16"/>
        </w:rPr>
        <w:t xml:space="preserve"> </w:t>
      </w:r>
      <w:proofErr w:type="spellStart"/>
      <w:r w:rsidRPr="00551BB9">
        <w:rPr>
          <w:bCs/>
          <w:sz w:val="16"/>
          <w:szCs w:val="16"/>
        </w:rPr>
        <w:t>površinu</w:t>
      </w:r>
      <w:proofErr w:type="spellEnd"/>
      <w:r w:rsidRPr="00551BB9">
        <w:rPr>
          <w:bCs/>
          <w:sz w:val="16"/>
          <w:szCs w:val="16"/>
        </w:rPr>
        <w:t>- 3.200,00€</w:t>
      </w:r>
      <w:r>
        <w:rPr>
          <w:bCs/>
          <w:sz w:val="16"/>
          <w:szCs w:val="16"/>
        </w:rPr>
        <w:t xml:space="preserve">  </w:t>
      </w:r>
      <w:r w:rsidRPr="00551BB9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/ </w:t>
      </w:r>
      <w:r w:rsidR="00C74B75">
        <w:rPr>
          <w:bCs/>
          <w:sz w:val="16"/>
          <w:szCs w:val="16"/>
        </w:rPr>
        <w:t xml:space="preserve"> </w:t>
      </w:r>
      <w:r w:rsidRPr="00551BB9">
        <w:rPr>
          <w:bCs/>
          <w:sz w:val="16"/>
          <w:szCs w:val="16"/>
        </w:rPr>
        <w:t xml:space="preserve"> min. </w:t>
      </w:r>
      <w:proofErr w:type="spellStart"/>
      <w:r w:rsidRPr="00551BB9">
        <w:rPr>
          <w:bCs/>
          <w:sz w:val="16"/>
          <w:szCs w:val="16"/>
        </w:rPr>
        <w:t>iznos</w:t>
      </w:r>
      <w:proofErr w:type="spellEnd"/>
      <w:r w:rsidRPr="00551BB9">
        <w:rPr>
          <w:bCs/>
          <w:sz w:val="16"/>
          <w:szCs w:val="16"/>
        </w:rPr>
        <w:t xml:space="preserve"> za </w:t>
      </w:r>
      <w:proofErr w:type="spellStart"/>
      <w:r w:rsidRPr="00551BB9">
        <w:rPr>
          <w:bCs/>
          <w:sz w:val="16"/>
          <w:szCs w:val="16"/>
        </w:rPr>
        <w:t>zelenu</w:t>
      </w:r>
      <w:proofErr w:type="spellEnd"/>
      <w:r w:rsidRPr="00551BB9">
        <w:rPr>
          <w:bCs/>
          <w:sz w:val="16"/>
          <w:szCs w:val="16"/>
        </w:rPr>
        <w:t xml:space="preserve"> </w:t>
      </w:r>
      <w:proofErr w:type="spellStart"/>
      <w:r w:rsidRPr="00551BB9">
        <w:rPr>
          <w:bCs/>
          <w:sz w:val="16"/>
          <w:szCs w:val="16"/>
        </w:rPr>
        <w:t>površinu</w:t>
      </w:r>
      <w:proofErr w:type="spellEnd"/>
      <w:r w:rsidRPr="00551BB9">
        <w:rPr>
          <w:bCs/>
          <w:sz w:val="16"/>
          <w:szCs w:val="16"/>
        </w:rPr>
        <w:t xml:space="preserve"> 300,00€)</w:t>
      </w:r>
    </w:p>
    <w:p w14:paraId="6BDC04E5" w14:textId="77777777" w:rsidR="004A1E08" w:rsidRDefault="00551BB9">
      <w:r>
        <w:t>Ponuđeni iznos naknade: __________________________ EUR</w:t>
      </w:r>
    </w:p>
    <w:p w14:paraId="79A0663C" w14:textId="462FD01E" w:rsidR="004A1E08" w:rsidRDefault="00551BB9">
      <w:pPr>
        <w:spacing w:before="160" w:after="80"/>
      </w:pPr>
      <w:r>
        <w:rPr>
          <w:b/>
          <w:sz w:val="22"/>
        </w:rPr>
        <w:t xml:space="preserve">PRILOZI UZ PRIJAVU </w:t>
      </w:r>
      <w:r w:rsidRPr="00551BB9">
        <w:rPr>
          <w:b/>
          <w:sz w:val="18"/>
          <w:szCs w:val="18"/>
        </w:rPr>
        <w:t>(</w:t>
      </w:r>
      <w:proofErr w:type="spellStart"/>
      <w:r w:rsidRPr="00551BB9">
        <w:rPr>
          <w:b/>
          <w:sz w:val="18"/>
          <w:szCs w:val="18"/>
        </w:rPr>
        <w:t>označiti</w:t>
      </w:r>
      <w:proofErr w:type="spellEnd"/>
      <w:r>
        <w:rPr>
          <w:b/>
          <w:sz w:val="18"/>
          <w:szCs w:val="18"/>
        </w:rPr>
        <w:t xml:space="preserve"> X</w:t>
      </w:r>
      <w:r w:rsidRPr="00551BB9">
        <w:rPr>
          <w:b/>
          <w:sz w:val="18"/>
          <w:szCs w:val="18"/>
        </w:rPr>
        <w:t>)</w:t>
      </w:r>
    </w:p>
    <w:p w14:paraId="197F03E9" w14:textId="77777777" w:rsidR="004A1E08" w:rsidRDefault="00551BB9" w:rsidP="00551BB9">
      <w:pPr>
        <w:spacing w:after="0"/>
      </w:pPr>
      <w:r>
        <w:t>☐ izvadak iz sudskog registra (za pravne osobe) / izvadak iz obrtnog registra, obrtnica ili rješenje o upisu (za obrtnike)</w:t>
      </w:r>
    </w:p>
    <w:p w14:paraId="38C5BBB7" w14:textId="77777777" w:rsidR="004A1E08" w:rsidRDefault="00551BB9" w:rsidP="00551BB9">
      <w:pPr>
        <w:spacing w:after="0"/>
      </w:pPr>
      <w:r>
        <w:t>☐ opis ponude i cjenik</w:t>
      </w:r>
    </w:p>
    <w:p w14:paraId="14BF2C8E" w14:textId="77777777" w:rsidR="004A1E08" w:rsidRDefault="00551BB9" w:rsidP="00551BB9">
      <w:pPr>
        <w:spacing w:after="0"/>
      </w:pPr>
      <w:r>
        <w:t>☐ fotografija/e planiranog prodajnog objekta – obvezno za prijavu za javnu zelenu površinu</w:t>
      </w:r>
    </w:p>
    <w:p w14:paraId="051D0B99" w14:textId="77777777" w:rsidR="004A1E08" w:rsidRDefault="00551BB9" w:rsidP="00551BB9">
      <w:pPr>
        <w:spacing w:after="0"/>
      </w:pPr>
      <w:r>
        <w:t>☐ podaci o iskustvu na sličnim manifestacijama</w:t>
      </w:r>
    </w:p>
    <w:p w14:paraId="46528F0D" w14:textId="77777777" w:rsidR="004A1E08" w:rsidRDefault="00551BB9" w:rsidP="00551BB9">
      <w:pPr>
        <w:spacing w:after="0"/>
      </w:pPr>
      <w:r>
        <w:t>Ostalo: ________________________________________________________________________</w:t>
      </w:r>
    </w:p>
    <w:p w14:paraId="7AA06678" w14:textId="05F57DCA" w:rsidR="004A1E08" w:rsidRDefault="00551BB9">
      <w:r>
        <w:br/>
      </w:r>
      <w:proofErr w:type="spellStart"/>
      <w:r w:rsidRPr="00551BB9">
        <w:t>Ponuditelj</w:t>
      </w:r>
      <w:proofErr w:type="spellEnd"/>
      <w:r w:rsidRPr="00551BB9">
        <w:t xml:space="preserve"> </w:t>
      </w:r>
      <w:proofErr w:type="spellStart"/>
      <w:r w:rsidRPr="00551BB9">
        <w:t>potpisom</w:t>
      </w:r>
      <w:proofErr w:type="spellEnd"/>
      <w:r w:rsidRPr="00551BB9">
        <w:t xml:space="preserve"> </w:t>
      </w:r>
      <w:proofErr w:type="spellStart"/>
      <w:r w:rsidRPr="00551BB9">
        <w:t>ponude</w:t>
      </w:r>
      <w:proofErr w:type="spellEnd"/>
      <w:r w:rsidRPr="00551BB9">
        <w:t xml:space="preserve"> </w:t>
      </w:r>
      <w:proofErr w:type="spellStart"/>
      <w:r w:rsidRPr="00551BB9">
        <w:t>potvrđuje</w:t>
      </w:r>
      <w:proofErr w:type="spellEnd"/>
      <w:r w:rsidRPr="00551BB9">
        <w:t xml:space="preserve"> da je </w:t>
      </w:r>
      <w:proofErr w:type="spellStart"/>
      <w:r w:rsidRPr="00551BB9">
        <w:t>upoznat</w:t>
      </w:r>
      <w:proofErr w:type="spellEnd"/>
      <w:r w:rsidRPr="00551BB9">
        <w:t xml:space="preserve"> </w:t>
      </w:r>
      <w:proofErr w:type="spellStart"/>
      <w:r w:rsidRPr="00551BB9">
        <w:t>sa</w:t>
      </w:r>
      <w:proofErr w:type="spellEnd"/>
      <w:r w:rsidRPr="00551BB9">
        <w:t xml:space="preserve"> </w:t>
      </w:r>
      <w:proofErr w:type="spellStart"/>
      <w:r w:rsidRPr="00551BB9">
        <w:t>sadržajem</w:t>
      </w:r>
      <w:proofErr w:type="spellEnd"/>
      <w:r w:rsidRPr="00551BB9">
        <w:t xml:space="preserve"> </w:t>
      </w:r>
      <w:proofErr w:type="spellStart"/>
      <w:r w:rsidRPr="00551BB9">
        <w:t>javnog</w:t>
      </w:r>
      <w:proofErr w:type="spellEnd"/>
      <w:r w:rsidRPr="00551BB9">
        <w:t xml:space="preserve"> </w:t>
      </w:r>
      <w:proofErr w:type="spellStart"/>
      <w:r w:rsidRPr="00551BB9">
        <w:t>natječaja</w:t>
      </w:r>
      <w:proofErr w:type="spellEnd"/>
      <w:r w:rsidRPr="00551BB9">
        <w:t xml:space="preserve"> </w:t>
      </w:r>
      <w:proofErr w:type="spellStart"/>
      <w:r w:rsidRPr="00551BB9">
        <w:t>te</w:t>
      </w:r>
      <w:proofErr w:type="spellEnd"/>
      <w:r w:rsidRPr="00551BB9">
        <w:t xml:space="preserve"> da </w:t>
      </w:r>
      <w:proofErr w:type="spellStart"/>
      <w:r w:rsidRPr="00551BB9">
        <w:t>bezuvjetno</w:t>
      </w:r>
      <w:proofErr w:type="spellEnd"/>
      <w:r w:rsidRPr="00551BB9">
        <w:t xml:space="preserve"> </w:t>
      </w:r>
      <w:proofErr w:type="spellStart"/>
      <w:r w:rsidRPr="00551BB9">
        <w:t>prihvaća</w:t>
      </w:r>
      <w:proofErr w:type="spellEnd"/>
      <w:r w:rsidRPr="00551BB9">
        <w:t xml:space="preserve"> </w:t>
      </w:r>
      <w:proofErr w:type="spellStart"/>
      <w:r w:rsidRPr="00551BB9">
        <w:t>sve</w:t>
      </w:r>
      <w:proofErr w:type="spellEnd"/>
      <w:r w:rsidRPr="00551BB9">
        <w:t xml:space="preserve"> </w:t>
      </w:r>
      <w:proofErr w:type="spellStart"/>
      <w:r w:rsidRPr="00551BB9">
        <w:t>uvjete</w:t>
      </w:r>
      <w:proofErr w:type="spellEnd"/>
      <w:r w:rsidRPr="00551BB9">
        <w:t xml:space="preserve"> iz </w:t>
      </w:r>
      <w:proofErr w:type="spellStart"/>
      <w:r w:rsidRPr="00551BB9">
        <w:t>javnog</w:t>
      </w:r>
      <w:proofErr w:type="spellEnd"/>
      <w:r w:rsidRPr="00551BB9">
        <w:t xml:space="preserve"> </w:t>
      </w:r>
      <w:proofErr w:type="spellStart"/>
      <w:r w:rsidRPr="00551BB9">
        <w:t>natječaja</w:t>
      </w:r>
      <w:proofErr w:type="spellEnd"/>
      <w:r w:rsidRPr="00551BB9">
        <w:t>.</w:t>
      </w:r>
    </w:p>
    <w:p w14:paraId="31EFDB3C" w14:textId="35E76F0C" w:rsidR="00551BB9" w:rsidRPr="005D15E5" w:rsidRDefault="00551BB9" w:rsidP="00551BB9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hr-HR"/>
        </w:rPr>
      </w:pPr>
      <w:r>
        <w:rPr>
          <w:rFonts w:ascii="Verdana" w:eastAsia="Times New Roman" w:hAnsi="Verdana" w:cs="Arial"/>
          <w:sz w:val="20"/>
          <w:szCs w:val="20"/>
          <w:lang w:eastAsia="hr-HR"/>
        </w:rPr>
        <w:br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>U __________    ____________</w:t>
      </w:r>
      <w:r>
        <w:rPr>
          <w:rFonts w:ascii="Verdana" w:eastAsia="Times New Roman" w:hAnsi="Verdana" w:cs="Arial"/>
          <w:sz w:val="20"/>
          <w:szCs w:val="20"/>
          <w:lang w:eastAsia="hr-HR"/>
        </w:rPr>
        <w:t>2026</w:t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 xml:space="preserve">. </w:t>
      </w:r>
      <w:proofErr w:type="spellStart"/>
      <w:r w:rsidRPr="005D15E5">
        <w:rPr>
          <w:rFonts w:ascii="Verdana" w:eastAsia="Times New Roman" w:hAnsi="Verdana" w:cs="Arial"/>
          <w:sz w:val="20"/>
          <w:szCs w:val="20"/>
          <w:lang w:eastAsia="hr-HR"/>
        </w:rPr>
        <w:t>godine</w:t>
      </w:r>
      <w:proofErr w:type="spellEnd"/>
      <w:r w:rsidRPr="005D15E5">
        <w:rPr>
          <w:rFonts w:ascii="Verdana" w:eastAsia="Times New Roman" w:hAnsi="Verdana" w:cs="Arial"/>
          <w:sz w:val="20"/>
          <w:szCs w:val="20"/>
          <w:lang w:eastAsia="hr-HR"/>
        </w:rPr>
        <w:t xml:space="preserve"> </w:t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  <w:t xml:space="preserve">     </w:t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  <w:t xml:space="preserve">           </w:t>
      </w:r>
    </w:p>
    <w:p w14:paraId="59BA54CD" w14:textId="77777777" w:rsidR="00551BB9" w:rsidRPr="005D15E5" w:rsidRDefault="00551BB9" w:rsidP="00551BB9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hr-HR"/>
        </w:rPr>
      </w:pPr>
    </w:p>
    <w:p w14:paraId="5C542BAA" w14:textId="77777777" w:rsidR="00551BB9" w:rsidRPr="005D15E5" w:rsidRDefault="00551BB9" w:rsidP="00551BB9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hr-HR"/>
        </w:rPr>
      </w:pP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  <w:t>___________________________</w:t>
      </w:r>
    </w:p>
    <w:p w14:paraId="59852E82" w14:textId="0A9BEFD6" w:rsidR="00551BB9" w:rsidRPr="00551BB9" w:rsidRDefault="00551BB9" w:rsidP="00551BB9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hr-HR"/>
        </w:rPr>
      </w:pP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</w:r>
      <w:proofErr w:type="spellStart"/>
      <w:r w:rsidRPr="005D15E5">
        <w:rPr>
          <w:rFonts w:ascii="Verdana" w:eastAsia="Times New Roman" w:hAnsi="Verdana" w:cs="Arial"/>
          <w:sz w:val="20"/>
          <w:szCs w:val="20"/>
          <w:lang w:eastAsia="hr-HR"/>
        </w:rPr>
        <w:t>Podnositelj</w:t>
      </w:r>
      <w:proofErr w:type="spellEnd"/>
      <w:r w:rsidRPr="005D15E5">
        <w:rPr>
          <w:rFonts w:ascii="Verdana" w:eastAsia="Times New Roman" w:hAnsi="Verdana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Verdana" w:eastAsia="Times New Roman" w:hAnsi="Verdana" w:cs="Arial"/>
          <w:sz w:val="20"/>
          <w:szCs w:val="20"/>
          <w:lang w:eastAsia="hr-HR"/>
        </w:rPr>
        <w:t>prijave</w:t>
      </w:r>
      <w:proofErr w:type="spellEnd"/>
      <w:r w:rsidRPr="005D15E5">
        <w:rPr>
          <w:rFonts w:ascii="Verdana" w:eastAsia="Times New Roman" w:hAnsi="Verdana" w:cs="Arial"/>
          <w:sz w:val="20"/>
          <w:szCs w:val="20"/>
          <w:lang w:eastAsia="hr-HR"/>
        </w:rPr>
        <w:t xml:space="preserve">    </w:t>
      </w:r>
      <w:r w:rsidRPr="005D15E5">
        <w:rPr>
          <w:rFonts w:ascii="Verdana" w:eastAsia="Times New Roman" w:hAnsi="Verdana" w:cs="Arial"/>
          <w:sz w:val="20"/>
          <w:szCs w:val="20"/>
          <w:lang w:eastAsia="hr-HR"/>
        </w:rPr>
        <w:tab/>
        <w:t xml:space="preserve"> </w:t>
      </w:r>
    </w:p>
    <w:sectPr w:rsidR="00551BB9" w:rsidRPr="00551BB9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2064309">
    <w:abstractNumId w:val="8"/>
  </w:num>
  <w:num w:numId="2" w16cid:durableId="1378041839">
    <w:abstractNumId w:val="6"/>
  </w:num>
  <w:num w:numId="3" w16cid:durableId="711462752">
    <w:abstractNumId w:val="5"/>
  </w:num>
  <w:num w:numId="4" w16cid:durableId="1664747301">
    <w:abstractNumId w:val="4"/>
  </w:num>
  <w:num w:numId="5" w16cid:durableId="915939765">
    <w:abstractNumId w:val="7"/>
  </w:num>
  <w:num w:numId="6" w16cid:durableId="726956769">
    <w:abstractNumId w:val="3"/>
  </w:num>
  <w:num w:numId="7" w16cid:durableId="1623799582">
    <w:abstractNumId w:val="2"/>
  </w:num>
  <w:num w:numId="8" w16cid:durableId="29888387">
    <w:abstractNumId w:val="1"/>
  </w:num>
  <w:num w:numId="9" w16cid:durableId="74364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1B2F"/>
    <w:rsid w:val="00326F90"/>
    <w:rsid w:val="004A1E08"/>
    <w:rsid w:val="00551BB9"/>
    <w:rsid w:val="00AA1D8D"/>
    <w:rsid w:val="00B47730"/>
    <w:rsid w:val="00C74B7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BD8E3"/>
  <w14:defaultImageDpi w14:val="300"/>
  <w15:docId w15:val="{A96037F1-A620-463E-BAD4-97C6B822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2026-08-19T10:58:00Z</dcterms:created>
  <dcterms:modified xsi:type="dcterms:W3CDTF">2026-08-19T10:59:00Z</dcterms:modified>
  <cp:category/>
</cp:coreProperties>
</file>